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color w:val="C23E27"/>
          <w:sz w:val="18"/>
        </w:rPr>
        <w:t>STARTER-KIT AUSBILDUNGSBETRIEB · VORLAGE 01</w:t>
      </w:r>
    </w:p>
    <w:p>
      <w:pPr>
        <w:pStyle w:val="Heading1"/>
      </w:pPr>
      <w:r>
        <w:t>Checkliste „Bin ich startklar?“</w:t>
      </w:r>
    </w:p>
    <w:p>
      <w:pPr>
        <w:keepNext/>
      </w:pPr>
      <w:r>
        <w:rPr>
          <w:i/>
          <w:color w:val="6B6B6B"/>
          <w:sz w:val="19"/>
        </w:rPr>
        <w:t>Kreuzen Sie an, was schon passt. Jedes offene Kästchen ist eine Frage für das Gespräch mit dem Ausbildungsberater (Vorlage 02).</w:t>
      </w:r>
    </w:p>
    <w:p>
      <w:pPr>
        <w:pStyle w:val="Heading2"/>
        <w:keepNext/>
      </w:pPr>
      <w:r>
        <w:rPr>
          <w:color w:val="C23E27"/>
        </w:rPr>
        <w:t xml:space="preserve">1  </w:t>
      </w:r>
      <w:r>
        <w:t>Beruf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515"/>
        <w:gridCol w:w="6123"/>
      </w:tblGrid>
      <w:tr>
        <w:tc>
          <w:tcPr>
            <w:tcW w:type="dxa" w:w="3515"/>
            <w:shd w:val="clear" w:color="auto" w:fill="2F2F2F"/>
          </w:tcPr>
          <w:p>
            <w:pPr>
              <w:keepNext/>
            </w:pPr>
            <w:r/>
            <w:r>
              <w:rPr>
                <w:b/>
                <w:color w:val="FFFFFF"/>
                <w:sz w:val="19"/>
              </w:rPr>
              <w:t>Angabe</w:t>
            </w:r>
          </w:p>
        </w:tc>
        <w:tc>
          <w:tcPr>
            <w:tcW w:type="dxa" w:w="6123"/>
            <w:shd w:val="clear" w:color="auto" w:fill="2F2F2F"/>
          </w:tcPr>
          <w:p>
            <w:pPr>
              <w:keepNext/>
            </w:pPr>
            <w:r/>
            <w:r>
              <w:rPr>
                <w:b/>
                <w:color w:val="FFFFFF"/>
                <w:sz w:val="19"/>
              </w:rPr>
              <w:t>Ihre Eintragung</w:t>
            </w:r>
          </w:p>
        </w:tc>
      </w:tr>
      <w:tr>
        <w:trPr>
          <w:trHeight w:val="510"/>
        </w:trPr>
        <w:tc>
          <w:tcPr>
            <w:tcW w:type="dxa" w:w="3515"/>
            <w:shd w:val="clear" w:color="auto" w:fill="F6F4F1"/>
          </w:tcPr>
          <w:p>
            <w:r>
              <w:rPr>
                <w:b/>
              </w:rPr>
              <w:t>Gewünschter Ausbildungsberuf</w:t>
            </w:r>
          </w:p>
        </w:tc>
        <w:tc>
          <w:tcPr>
            <w:tcW w:type="dxa" w:w="6123"/>
          </w:tcPr>
          <w:p>
            <w:r/>
          </w:p>
        </w:tc>
      </w:tr>
      <w:tr>
        <w:trPr>
          <w:trHeight w:val="510"/>
        </w:trPr>
        <w:tc>
          <w:tcPr>
            <w:tcW w:type="dxa" w:w="3515"/>
            <w:shd w:val="clear" w:color="auto" w:fill="F6F4F1"/>
          </w:tcPr>
          <w:p>
            <w:r>
              <w:rPr>
                <w:b/>
              </w:rPr>
              <w:t>Geplanter Ausbildungsbeginn</w:t>
            </w:r>
          </w:p>
        </w:tc>
        <w:tc>
          <w:tcPr>
            <w:tcW w:type="dxa" w:w="6123"/>
          </w:tcPr>
          <w:p>
            <w:r/>
          </w:p>
        </w:tc>
      </w:tr>
      <w:tr>
        <w:trPr>
          <w:trHeight w:val="510"/>
        </w:trPr>
        <w:tc>
          <w:tcPr>
            <w:tcW w:type="dxa" w:w="3515"/>
            <w:shd w:val="clear" w:color="auto" w:fill="F6F4F1"/>
          </w:tcPr>
          <w:p>
            <w:r>
              <w:rPr>
                <w:b/>
              </w:rPr>
              <w:t>Zuständige Kammer (IHK oder HWK)</w:t>
            </w:r>
          </w:p>
        </w:tc>
        <w:tc>
          <w:tcPr>
            <w:tcW w:type="dxa" w:w="6123"/>
          </w:tcPr>
          <w:p>
            <w:r/>
          </w:p>
        </w:tc>
      </w:tr>
    </w:tbl>
    <w:p/>
    <w:p>
      <w:pPr>
        <w:pStyle w:val="Heading2"/>
        <w:keepNext/>
      </w:pPr>
      <w:r>
        <w:rPr>
          <w:color w:val="C23E27"/>
        </w:rPr>
        <w:t xml:space="preserve">2  </w:t>
      </w:r>
      <w:r>
        <w:t>Betrieb</w:t>
      </w:r>
    </w:p>
    <w:p>
      <w:r>
        <w:t>☐  Ausbildungsordnung und Rahmenplan liegen vor (BIBB oder Kammer)</w:t>
      </w:r>
    </w:p>
    <w:p>
      <w:r>
        <w:t>☐  Wir können die meisten Inhalte des Rahmenplans selbst vermitteln</w:t>
      </w:r>
    </w:p>
    <w:p>
      <w:r>
        <w:t>☐  Für fehlende Inhalte gibt es eine Lösung (Partnerbetrieb, Lehrgang, Verbund)</w:t>
      </w:r>
    </w:p>
    <w:p>
      <w:r>
        <w:t>☐  Arbeitsplatz, Werkzeug und Material für einen Azubi sind vorhanden</w:t>
      </w:r>
    </w:p>
    <w:p>
      <w:pPr>
        <w:pStyle w:val="Heading2"/>
        <w:keepNext/>
      </w:pPr>
      <w:r>
        <w:rPr>
          <w:color w:val="C23E27"/>
        </w:rPr>
        <w:t xml:space="preserve">3  </w:t>
      </w:r>
      <w:r>
        <w:t>Fachkräfte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515"/>
        <w:gridCol w:w="6123"/>
      </w:tblGrid>
      <w:tr>
        <w:tc>
          <w:tcPr>
            <w:tcW w:type="dxa" w:w="3515"/>
            <w:shd w:val="clear" w:color="auto" w:fill="2F2F2F"/>
          </w:tcPr>
          <w:p>
            <w:pPr>
              <w:keepNext/>
            </w:pPr>
            <w:r/>
            <w:r>
              <w:rPr>
                <w:b/>
                <w:color w:val="FFFFFF"/>
                <w:sz w:val="19"/>
              </w:rPr>
              <w:t>Angabe</w:t>
            </w:r>
          </w:p>
        </w:tc>
        <w:tc>
          <w:tcPr>
            <w:tcW w:type="dxa" w:w="6123"/>
            <w:shd w:val="clear" w:color="auto" w:fill="2F2F2F"/>
          </w:tcPr>
          <w:p>
            <w:pPr>
              <w:keepNext/>
            </w:pPr>
            <w:r/>
            <w:r>
              <w:rPr>
                <w:b/>
                <w:color w:val="FFFFFF"/>
                <w:sz w:val="19"/>
              </w:rPr>
              <w:t>Ihre Eintragung</w:t>
            </w:r>
          </w:p>
        </w:tc>
      </w:tr>
      <w:tr>
        <w:trPr>
          <w:trHeight w:val="510"/>
        </w:trPr>
        <w:tc>
          <w:tcPr>
            <w:tcW w:type="dxa" w:w="3515"/>
            <w:shd w:val="clear" w:color="auto" w:fill="F6F4F1"/>
          </w:tcPr>
          <w:p>
            <w:r>
              <w:rPr>
                <w:b/>
              </w:rPr>
              <w:t>Zahl der Fachkräfte im Beruf</w:t>
            </w:r>
          </w:p>
        </w:tc>
        <w:tc>
          <w:tcPr>
            <w:tcW w:type="dxa" w:w="6123"/>
          </w:tcPr>
          <w:p>
            <w:r/>
          </w:p>
        </w:tc>
      </w:tr>
      <w:tr>
        <w:trPr>
          <w:trHeight w:val="510"/>
        </w:trPr>
        <w:tc>
          <w:tcPr>
            <w:tcW w:type="dxa" w:w="3515"/>
            <w:shd w:val="clear" w:color="auto" w:fill="F6F4F1"/>
          </w:tcPr>
          <w:p>
            <w:r>
              <w:rPr>
                <w:b/>
              </w:rPr>
              <w:t>Geplante Zahl der Azubis</w:t>
            </w:r>
          </w:p>
        </w:tc>
        <w:tc>
          <w:tcPr>
            <w:tcW w:type="dxa" w:w="6123"/>
          </w:tcPr>
          <w:p>
            <w:r/>
          </w:p>
        </w:tc>
      </w:tr>
    </w:tbl>
    <w:p/>
    <w:p>
      <w:pPr>
        <w:keepNext/>
      </w:pPr>
      <w:r>
        <w:rPr>
          <w:i/>
          <w:color w:val="6B6B6B"/>
          <w:sz w:val="19"/>
        </w:rPr>
        <w:t>Faustregel der Kammern: 1–2 Fachkräfte → 1 Azubi, 3–5 → 2, 6–8 → 3. Die Kammer entscheidet im Einzelfall.</w:t>
      </w:r>
    </w:p>
    <w:p>
      <w:pPr>
        <w:pStyle w:val="Heading2"/>
        <w:keepNext/>
      </w:pPr>
      <w:r>
        <w:rPr>
          <w:color w:val="C23E27"/>
        </w:rPr>
        <w:t xml:space="preserve">4  </w:t>
      </w:r>
      <w:r>
        <w:t>Ausbilder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515"/>
        <w:gridCol w:w="6123"/>
      </w:tblGrid>
      <w:tr>
        <w:tc>
          <w:tcPr>
            <w:tcW w:type="dxa" w:w="3515"/>
            <w:shd w:val="clear" w:color="auto" w:fill="2F2F2F"/>
          </w:tcPr>
          <w:p>
            <w:pPr>
              <w:keepNext/>
            </w:pPr>
            <w:r/>
            <w:r>
              <w:rPr>
                <w:b/>
                <w:color w:val="FFFFFF"/>
                <w:sz w:val="19"/>
              </w:rPr>
              <w:t>Angabe</w:t>
            </w:r>
          </w:p>
        </w:tc>
        <w:tc>
          <w:tcPr>
            <w:tcW w:type="dxa" w:w="6123"/>
            <w:shd w:val="clear" w:color="auto" w:fill="2F2F2F"/>
          </w:tcPr>
          <w:p>
            <w:pPr>
              <w:keepNext/>
            </w:pPr>
            <w:r/>
            <w:r>
              <w:rPr>
                <w:b/>
                <w:color w:val="FFFFFF"/>
                <w:sz w:val="19"/>
              </w:rPr>
              <w:t>Ihre Eintragung</w:t>
            </w:r>
          </w:p>
        </w:tc>
      </w:tr>
      <w:tr>
        <w:trPr>
          <w:trHeight w:val="510"/>
        </w:trPr>
        <w:tc>
          <w:tcPr>
            <w:tcW w:type="dxa" w:w="3515"/>
            <w:shd w:val="clear" w:color="auto" w:fill="F6F4F1"/>
          </w:tcPr>
          <w:p>
            <w:r>
              <w:rPr>
                <w:b/>
              </w:rPr>
              <w:t>Name des Ausbilders</w:t>
            </w:r>
          </w:p>
        </w:tc>
        <w:tc>
          <w:tcPr>
            <w:tcW w:type="dxa" w:w="6123"/>
          </w:tcPr>
          <w:p>
            <w:r/>
          </w:p>
        </w:tc>
      </w:tr>
      <w:tr>
        <w:trPr>
          <w:trHeight w:val="510"/>
        </w:trPr>
        <w:tc>
          <w:tcPr>
            <w:tcW w:type="dxa" w:w="3515"/>
            <w:shd w:val="clear" w:color="auto" w:fill="F6F4F1"/>
          </w:tcPr>
          <w:p>
            <w:r>
              <w:rPr>
                <w:b/>
              </w:rPr>
              <w:t>Berufsabschluss / Studium</w:t>
            </w:r>
          </w:p>
        </w:tc>
        <w:tc>
          <w:tcPr>
            <w:tcW w:type="dxa" w:w="6123"/>
          </w:tcPr>
          <w:p>
            <w:r/>
          </w:p>
        </w:tc>
      </w:tr>
      <w:tr>
        <w:trPr>
          <w:trHeight w:val="510"/>
        </w:trPr>
        <w:tc>
          <w:tcPr>
            <w:tcW w:type="dxa" w:w="3515"/>
            <w:shd w:val="clear" w:color="auto" w:fill="F6F4F1"/>
          </w:tcPr>
          <w:p>
            <w:r>
              <w:rPr>
                <w:b/>
              </w:rPr>
              <w:t>Berufserfahrung (Jahre)</w:t>
            </w:r>
          </w:p>
        </w:tc>
        <w:tc>
          <w:tcPr>
            <w:tcW w:type="dxa" w:w="6123"/>
          </w:tcPr>
          <w:p>
            <w:r/>
          </w:p>
        </w:tc>
      </w:tr>
      <w:tr>
        <w:trPr>
          <w:trHeight w:val="510"/>
        </w:trPr>
        <w:tc>
          <w:tcPr>
            <w:tcW w:type="dxa" w:w="3515"/>
            <w:shd w:val="clear" w:color="auto" w:fill="F6F4F1"/>
          </w:tcPr>
          <w:p>
            <w:r>
              <w:rPr>
                <w:b/>
              </w:rPr>
              <w:t>Ausbilderschein (AEVO) oder Meister?</w:t>
            </w:r>
          </w:p>
        </w:tc>
        <w:tc>
          <w:tcPr>
            <w:tcW w:type="dxa" w:w="6123"/>
          </w:tcPr>
          <w:p>
            <w:r/>
          </w:p>
        </w:tc>
      </w:tr>
      <w:tr>
        <w:trPr>
          <w:trHeight w:val="510"/>
        </w:trPr>
        <w:tc>
          <w:tcPr>
            <w:tcW w:type="dxa" w:w="3515"/>
            <w:shd w:val="clear" w:color="auto" w:fill="F6F4F1"/>
          </w:tcPr>
          <w:p>
            <w:r>
              <w:rPr>
                <w:b/>
              </w:rPr>
              <w:t>Falls nein: geplanter Prüfungstermin</w:t>
            </w:r>
          </w:p>
        </w:tc>
        <w:tc>
          <w:tcPr>
            <w:tcW w:type="dxa" w:w="6123"/>
          </w:tcPr>
          <w:p>
            <w:r/>
          </w:p>
        </w:tc>
      </w:tr>
    </w:tbl>
    <w:p/>
    <w:p>
      <w:pPr>
        <w:pStyle w:val="Heading2"/>
        <w:keepNext/>
      </w:pPr>
      <w:r>
        <w:rPr>
          <w:color w:val="C23E27"/>
        </w:rPr>
        <w:t xml:space="preserve">5  </w:t>
      </w:r>
      <w:r>
        <w:t>Zeit und Geld</w:t>
      </w:r>
    </w:p>
    <w:p>
      <w:r>
        <w:t>☐  Ausbilder hat regelmäßig Zeit für Anleitung und Gespräche</w:t>
      </w:r>
    </w:p>
    <w:p>
      <w:r>
        <w:t>☐  Vergütung mindestens in Höhe der Mindestausbildungsvergütung eingeplant</w:t>
      </w:r>
    </w:p>
    <w:p>
      <w:r>
        <w:t>☐  Kosten für Lehrgänge, Material und Prüfungen eingeplant</w:t>
      </w:r>
    </w:p>
    <w:p>
      <w:r>
        <w:t>☐  Ein Pate im Team für die ersten Wochen ist bestimmt</w:t>
      </w: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B6B6B"/>
        <w:sz w:val="16"/>
      </w:rPr>
      <w:t>Starter-Kit Ausbildungsbetrieb · Vorlage 01 · kostenlos von aevo-vorbereitungskurse.de · Ausbilderschein: AEVO komplett 79 € · keine Rechtsberatung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color w:val="2B2B2B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0" w:after="8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2B2B2B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8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2B2B2B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