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23E27"/>
          <w:sz w:val="18"/>
        </w:rPr>
        <w:t>STARTER-KIT AUSBILDUNGSBETRIEB · VORLAGE 02</w:t>
      </w:r>
    </w:p>
    <w:p>
      <w:pPr>
        <w:pStyle w:val="Heading1"/>
      </w:pPr>
      <w:r>
        <w:t>Gespräch mit dem Ausbildungsberater</w:t>
      </w:r>
    </w:p>
    <w:p>
      <w:pPr>
        <w:keepNext/>
      </w:pPr>
      <w:r>
        <w:rPr>
          <w:i/>
          <w:color w:val="6B6B6B"/>
          <w:sz w:val="19"/>
        </w:rPr>
        <w:t>Der Ausbildungsberater Ihrer Kammer berät kostenlos. Notieren Sie vorher Ihre Fragen und nachher die Antworten.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Kammer, Name des Beraters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Telefon / E-Mail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Termin (Datum, Ort)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1  </w:t>
      </w:r>
      <w:r>
        <w:t>Unterlagen bereitlegen</w:t>
      </w:r>
    </w:p>
    <w:p>
      <w:r>
        <w:t>☐  Ausgefüllte Checkliste 01</w:t>
      </w:r>
    </w:p>
    <w:p>
      <w:r>
        <w:t>☐  Nachweise des Ausbilders (Abschluss, AEVO oder Meister, Berufserfahrung)</w:t>
      </w:r>
    </w:p>
    <w:p>
      <w:r>
        <w:t>☐  Ihr Abgleich mit dem Ausbildungsrahmenplan</w:t>
      </w:r>
    </w:p>
    <w:p>
      <w:r>
        <w:t>☐  Kurze Beschreibung des Betriebs: Tätigkeiten, Mitarbeiter, Arbeitsplätze</w:t>
      </w:r>
    </w:p>
    <w:p>
      <w:pPr>
        <w:pStyle w:val="Heading2"/>
        <w:keepNext/>
      </w:pPr>
      <w:r>
        <w:rPr>
          <w:color w:val="C23E27"/>
        </w:rPr>
        <w:t xml:space="preserve">2  </w:t>
      </w:r>
      <w:r>
        <w:t>Fragen und Antworten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Frage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Antwort / Notiz</w:t>
            </w:r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Ist unser Betrieb für diesen Beruf geeignet? Was fehlt?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Ist unser Ausbilder geeignet? Welche Nachweise brauchen Sie?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Wie viele Azubis dürfen wir ausbilden?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Wie lösen wir Inhalte, die wir nicht abdecken?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Welche Formulare und Fristen gibt es (Antrag, Vertrag, Eintragung)?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Welche Berufsschule ist zuständig?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Gibt es überbetriebliche Lehrgänge? Was kosten sie?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Welche Förderungen gibt es?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Eigene Frage: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3  </w:t>
      </w:r>
      <w:r>
        <w:t>Nächste Schritte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Was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Bis wann / wer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</w:r>
          </w:p>
        </w:tc>
        <w:tc>
          <w:tcPr>
            <w:tcW w:type="dxa" w:w="612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Starter-Kit Ausbildungsbetrieb · Vorlage 02 · kostenlos von aevo-vorbereitungskurse.de · Ausbilderschein: AEVO komplett 79 €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