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C23E27"/>
          <w:sz w:val="18"/>
        </w:rPr>
        <w:t>STARTER-KIT AUSBILDUNGSBETRIEB · VORLAGE 03</w:t>
      </w:r>
    </w:p>
    <w:p>
      <w:pPr>
        <w:pStyle w:val="Heading1"/>
      </w:pPr>
      <w:r>
        <w:t>Stellenanzeige</w:t>
      </w:r>
    </w:p>
    <w:p>
      <w:pPr>
        <w:keepNext/>
      </w:pPr>
      <w:r>
        <w:rPr>
          <w:i/>
          <w:color w:val="6B6B6B"/>
          <w:sz w:val="19"/>
        </w:rPr>
        <w:t>Ersetzen Sie die grauen Hinweise durch Ihre Angaben. Formulieren Sie neutral (m/w/d), ohne Altersgrenzen, und konkret: Was macht man bei Ihnen wirklich?</w:t>
      </w:r>
    </w:p>
    <w:p>
      <w:pPr>
        <w:pStyle w:val="Heading2"/>
        <w:keepNext/>
      </w:pPr>
      <w:r>
        <w:rPr>
          <w:color w:val="C23E27"/>
        </w:rPr>
        <w:t xml:space="preserve">  </w:t>
      </w:r>
      <w:r>
        <w:t>Überschrift</w:t>
      </w:r>
    </w:p>
    <w:p>
      <w:pPr>
        <w:keepNext/>
      </w:pPr>
      <w:r>
        <w:rPr>
          <w:i/>
          <w:color w:val="6B6B6B"/>
          <w:sz w:val="19"/>
        </w:rPr>
        <w:t>Ausbildung zum/zur [Beruf] (m/w/d) ab [Monat Jahr] in [Ort]</w:t>
      </w:r>
    </w:p>
    <w:p/>
    <w:p>
      <w:pPr>
        <w:pStyle w:val="Heading2"/>
        <w:keepNext/>
      </w:pPr>
      <w:r>
        <w:rPr>
          <w:color w:val="C23E27"/>
        </w:rPr>
        <w:t xml:space="preserve">  </w:t>
      </w:r>
      <w:r>
        <w:t>Wir über uns</w:t>
      </w:r>
    </w:p>
    <w:p>
      <w:pPr>
        <w:keepNext/>
      </w:pPr>
      <w:r>
        <w:rPr>
          <w:i/>
          <w:color w:val="6B6B6B"/>
          <w:sz w:val="19"/>
        </w:rPr>
        <w:t>2–3 Sätze: Was macht Ihr Betrieb, wie groß ist das Team, was ist besonders?</w:t>
      </w:r>
    </w:p>
    <w:p/>
    <w:p>
      <w:pPr>
        <w:pStyle w:val="Heading2"/>
        <w:keepNext/>
      </w:pPr>
      <w:r>
        <w:rPr>
          <w:color w:val="C23E27"/>
        </w:rPr>
        <w:t xml:space="preserve">  </w:t>
      </w:r>
      <w:r>
        <w:t>Das lernst du bei uns</w:t>
      </w:r>
    </w:p>
    <w:p>
      <w:pPr>
        <w:keepNext/>
      </w:pPr>
      <w:r>
        <w:rPr>
          <w:i/>
          <w:color w:val="6B6B6B"/>
          <w:sz w:val="19"/>
        </w:rPr>
        <w:t>3–5 Punkte aus dem Alltag, z. B. „Kunden beraten“, „Anlagen montieren“ – keine Pflichtenliste</w:t>
      </w:r>
    </w:p>
    <w:p/>
    <w:p>
      <w:pPr>
        <w:pStyle w:val="Heading2"/>
        <w:keepNext/>
      </w:pPr>
      <w:r>
        <w:rPr>
          <w:color w:val="C23E27"/>
        </w:rPr>
        <w:t xml:space="preserve">  </w:t>
      </w:r>
      <w:r>
        <w:t>Das bringst du mit</w:t>
      </w:r>
    </w:p>
    <w:p>
      <w:pPr>
        <w:keepNext/>
      </w:pPr>
      <w:r>
        <w:rPr>
          <w:i/>
          <w:color w:val="6B6B6B"/>
          <w:sz w:val="19"/>
        </w:rPr>
        <w:t>2–4 Punkte, z. B. Interesse an Technik, Zuverlässigkeit; Schulabschluss nur, wenn wirklich nötig</w:t>
      </w:r>
    </w:p>
    <w:p/>
    <w:p>
      <w:pPr>
        <w:pStyle w:val="Heading2"/>
        <w:keepNext/>
      </w:pPr>
      <w:r>
        <w:rPr>
          <w:color w:val="C23E27"/>
        </w:rPr>
        <w:t xml:space="preserve">  </w:t>
      </w:r>
      <w:r>
        <w:t>Das bieten wir</w:t>
      </w:r>
    </w:p>
    <w:p>
      <w:pPr>
        <w:keepNext/>
      </w:pPr>
      <w:r>
        <w:rPr>
          <w:i/>
          <w:color w:val="6B6B6B"/>
          <w:sz w:val="19"/>
        </w:rPr>
        <w:t>z. B. Vergütung (Betrag nennen wirkt!), fester Ausbilder, Übernahmechance, Zuschuss Fahrkarte, moderne Werkzeuge</w:t>
      </w:r>
    </w:p>
    <w:p/>
    <w:p>
      <w:pPr>
        <w:pStyle w:val="Heading2"/>
        <w:keepNext/>
      </w:pPr>
      <w:r>
        <w:rPr>
          <w:color w:val="C23E27"/>
        </w:rPr>
        <w:t xml:space="preserve">  </w:t>
      </w:r>
      <w:r>
        <w:t>So bewirbst du dich</w:t>
      </w:r>
    </w:p>
    <w:p>
      <w:pPr>
        <w:keepNext/>
      </w:pPr>
      <w:r>
        <w:rPr>
          <w:i/>
          <w:color w:val="6B6B6B"/>
          <w:sz w:val="19"/>
        </w:rPr>
        <w:t>Ansprechperson mit Namen, Telefon, E-Mail; auch kurze Bewerbung oder Anruf möglich; Praktikum/Probetag anbieten</w:t>
      </w:r>
    </w:p>
    <w:p/>
    <w:p>
      <w:pPr>
        <w:pStyle w:val="Heading2"/>
        <w:keepNext/>
      </w:pPr>
      <w:r>
        <w:rPr>
          <w:color w:val="C23E27"/>
        </w:rPr>
        <w:t xml:space="preserve">  </w:t>
      </w:r>
      <w:r>
        <w:t>Wo veröffentlichen?</w:t>
      </w:r>
    </w:p>
    <w:p>
      <w:r>
        <w:t>☐  Agentur für Arbeit (Ausbildungsstelle melden)</w:t>
      </w:r>
    </w:p>
    <w:p>
      <w:r>
        <w:t>☐  Lehrstellenbörse der Kammer</w:t>
      </w:r>
    </w:p>
    <w:p>
      <w:r>
        <w:t>☐  eigene Website und Social Media</w:t>
      </w:r>
    </w:p>
    <w:p>
      <w:r>
        <w:t>☐  Schulen und Aushang</w:t>
      </w:r>
    </w:p>
    <w:p>
      <w:r>
        <w:t>☐  Empfehlung durch Mitarbeiter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Starter-Kit Ausbildungsbetrieb · Vorlage 03 · kostenlos von aevo-vorbereitungskurse.de · Ausbilderschein: AEVO komplett 79 € · keine Rechtsberatung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2B2B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B2B2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B2B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